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Бизнес-центр, офисное здание</w:t>
      </w:r>
    </w:p>
    <w:p>
      <w:r>
        <w:rPr>
          <w:b/>
        </w:rPr>
        <w:t xml:space="preserve">Основание: ПП РФ № 272 (места массового пребывания людей).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бизнес-центр, офисное здание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письмо администрации о включении здания в перечень мест массового пребывания людей (приложите)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Класс и этажность здания; арендопригодная площадь, м²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арендаторов и максимальное число людей одновременно (сотрудники арендаторов + посетители)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управляет зданием: собственник / управляющая компания; кто отвечает за охрану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в здании торговые площади, кафе, фитнес, конференц-залы — вместимость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Подземный паркинг: есть/нет, мест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